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ÇUKUROVA ÜNİVERSİTESİ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80" w:lineRule="auto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BİLGİSAYAR MÜHENDİSLİĞİ BÖLÜM BAŞKANLIĞINA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line="300" w:lineRule="auto"/>
        <w:ind w:firstLine="576"/>
        <w:rPr/>
      </w:pPr>
      <w:r w:rsidDel="00000000" w:rsidR="00000000" w:rsidRPr="00000000">
        <w:rPr>
          <w:rtl w:val="0"/>
        </w:rPr>
        <w:t xml:space="preserve">Bölümünüz .................................... numaralı öğrencisiyim. Aşağıda bilgileri yer alan alan dışı seçmeli dersimin müfredat uyumu kapsamında belirtilen yarıyıla (döneme) aktarılması / kaydırılması hususunda gereğini saygılarımla arz ederim.</w:t>
      </w:r>
    </w:p>
    <w:tbl>
      <w:tblPr>
        <w:tblStyle w:val="Table1"/>
        <w:tblW w:w="9360.0" w:type="dxa"/>
        <w:jc w:val="center"/>
        <w:tblBorders>
          <w:top w:color="b0c4de" w:space="0" w:sz="6" w:val="single"/>
          <w:left w:color="000000" w:space="0" w:sz="0" w:val="nil"/>
          <w:bottom w:color="b0c4de" w:space="0" w:sz="6" w:val="single"/>
          <w:right w:color="000000" w:space="0" w:sz="0" w:val="nil"/>
          <w:insideH w:color="b0c4de" w:space="0" w:sz="6" w:val="single"/>
          <w:insideV w:color="000000" w:space="0" w:sz="0" w:val="nil"/>
        </w:tblBorders>
        <w:tblLayout w:type="fixed"/>
        <w:tblLook w:val="04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00.0" w:type="dxa"/>
              <w:bottom w:w="14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Ders Kodu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00.0" w:type="dxa"/>
              <w:bottom w:w="14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Ders Adı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00.0" w:type="dxa"/>
              <w:bottom w:w="14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Alındığı Dönem (Yıl / Yarıyıl)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00.0" w:type="dxa"/>
              <w:bottom w:w="14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Aktarılmak İstenen Dönem (5-8. Yarıyıl)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00.0" w:type="dxa"/>
              <w:bottom w:w="14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9"/>
                <w:szCs w:val="19"/>
                <w:rtl w:val="0"/>
              </w:rPr>
              <w:t xml:space="preserve">AKTS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60.0" w:type="dxa"/>
              <w:left w:w="100.0" w:type="dxa"/>
              <w:bottom w:w="1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60.0" w:type="dxa"/>
              <w:left w:w="100.0" w:type="dxa"/>
              <w:bottom w:w="1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60.0" w:type="dxa"/>
              <w:left w:w="100.0" w:type="dxa"/>
              <w:bottom w:w="16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60.0" w:type="dxa"/>
              <w:left w:w="100.0" w:type="dxa"/>
              <w:bottom w:w="1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60.0" w:type="dxa"/>
              <w:left w:w="100.0" w:type="dxa"/>
              <w:bottom w:w="16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48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312" w:lineRule="auto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Öğrenci Bilgileri:</w:t>
              <w:br w:type="textWrapping"/>
            </w:r>
            <w:r w:rsidDel="00000000" w:rsidR="00000000" w:rsidRPr="00000000">
              <w:rPr>
                <w:rtl w:val="0"/>
              </w:rPr>
              <w:t xml:space="preserve">Adı Soyadı: ........................................................</w:t>
              <w:br w:type="textWrapping"/>
              <w:t xml:space="preserve">Öğrenci No: ........................................................</w:t>
              <w:br w:type="textWrapping"/>
              <w:t xml:space="preserve">Telefon: .............................................................</w:t>
              <w:br w:type="textWrapping"/>
              <w:t xml:space="preserve">E-posta: .............................................................</w:t>
              <w:br w:type="textWrapping"/>
              <w:t xml:space="preserve">İmza: .................................................................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12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Tarih: ..... / ..... / 20.....</w:t>
              <w:br w:type="textWrapping"/>
              <w:br w:type="textWrapping"/>
              <w:br w:type="textWrapping"/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Danışman Onayı</w:t>
              <w:br w:type="textWrapping"/>
            </w:r>
            <w:r w:rsidDel="00000000" w:rsidR="00000000" w:rsidRPr="00000000">
              <w:rPr>
                <w:rtl w:val="0"/>
              </w:rPr>
              <w:t xml:space="preserve">Unvanı, Adı Soyadı: .....................................</w:t>
              <w:br w:type="textWrapping"/>
              <w:t xml:space="preserve">İmza: .....................................</w:t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0" w:line="276" w:lineRule="auto"/>
        <w:rPr/>
      </w:pPr>
      <w:r w:rsidDel="00000000" w:rsidR="00000000" w:rsidRPr="00000000">
        <w:rPr>
          <w:rtl w:val="0"/>
        </w:rPr>
        <w:t xml:space="preserve">Ekler: 1 adet transkript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22222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hs6tXNw6MjC/LFGQZJFmuKEWHA==">CgMxLjA4AHIhMVhEdXMwM2g1Q3NGNEJWYTk1MDJBMm9WNVJMVGJXTWNw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