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ÇUKUROVA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520" w:lineRule="auto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BİLGİSAYAR MÜHENDİSLİĞİ BÖLÜM BAŞKANLIĞINA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line="312" w:lineRule="auto"/>
        <w:ind w:firstLine="576"/>
        <w:rPr/>
      </w:pPr>
      <w:r w:rsidDel="00000000" w:rsidR="00000000" w:rsidRPr="00000000">
        <w:rPr>
          <w:rtl w:val="0"/>
        </w:rPr>
        <w:t xml:space="preserve">Bölümünüz .................................... numaralı, ........................................................................ isimli öğrencisiyim. 20..... / 20..... Eğitim-Öğretim Yılı [  ] Güz  /  [  ] Bahar  /  [  ] Güz ve Bahar (1 Yıl) döneminde/dönemlerinde, aşağıda belirttiğim haklı ve geçerli mazeretim sebebiyle kaydımın dondurulması (öğrenime ara izni verilmesi) hususunda gereğini saygılarımla arz ederim.</w:t>
      </w:r>
    </w:p>
    <w:p w:rsidR="00000000" w:rsidDel="00000000" w:rsidP="00000000" w:rsidRDefault="00000000" w:rsidRPr="00000000" w14:paraId="00000004">
      <w:pPr>
        <w:spacing w:after="80" w:before="1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Kayıt Dondurma Talebi Gerekçesi (Mazeret):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</w:t>
        <w:br w:type="textWrapping"/>
        <w:t xml:space="preserve">...........................................................................................................................................................</w:t>
        <w:br w:type="textWrapping"/>
        <w:t xml:space="preserve">...........................................................................................................................................................</w:t>
        <w:br w:type="textWrapping"/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40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Ekler (Mazereti Belgeleyen Evraklar):</w:t>
        <w:br w:type="textWrapping"/>
      </w:r>
      <w:r w:rsidDel="00000000" w:rsidR="00000000" w:rsidRPr="00000000">
        <w:rPr>
          <w:rtl w:val="0"/>
        </w:rPr>
        <w:t xml:space="preserve">1. .....................................................................................................................................................</w:t>
        <w:br w:type="textWrapping"/>
        <w:t xml:space="preserve">2. .....................................................................................................................................................</w:t>
      </w:r>
    </w:p>
    <w:tbl>
      <w:tblPr>
        <w:tblStyle w:val="Table1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312" w:lineRule="auto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Bilgileri:</w:t>
              <w:br w:type="textWrapping"/>
            </w:r>
            <w:r w:rsidDel="00000000" w:rsidR="00000000" w:rsidRPr="00000000">
              <w:rPr>
                <w:rtl w:val="0"/>
              </w:rPr>
              <w:t xml:space="preserve">Adı Soyadı: ........................................................</w:t>
              <w:br w:type="textWrapping"/>
              <w:t xml:space="preserve">Öğrenci No: ........................................................</w:t>
              <w:br w:type="textWrapping"/>
              <w:t xml:space="preserve">Telefon: .............................................................</w:t>
              <w:br w:type="textWrapping"/>
              <w:t xml:space="preserve">E-posta: .............................................................</w:t>
              <w:br w:type="textWrapping"/>
              <w:t xml:space="preserve">İkametgâh Adresi: .............................................</w:t>
              <w:br w:type="textWrapping"/>
              <w:t xml:space="preserve">............................................................................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12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Tarih: ..... / ..... / 20.....</w:t>
              <w:br w:type="textWrapping"/>
              <w:br w:type="textWrapping"/>
              <w:t xml:space="preserve">İmza: .....................................</w:t>
              <w:br w:type="textWrapping"/>
              <w:br w:type="textWrapping"/>
              <w:br w:type="textWrapping"/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Danışman Görüşü / Onayı</w:t>
              <w:br w:type="textWrapping"/>
            </w:r>
            <w:r w:rsidDel="00000000" w:rsidR="00000000" w:rsidRPr="00000000">
              <w:rPr>
                <w:rtl w:val="0"/>
              </w:rPr>
              <w:t xml:space="preserve">[  ] Uygundur     [  ] Uygun Değildir</w:t>
              <w:br w:type="textWrapping"/>
              <w:t xml:space="preserve">Unvanı, Adı Soyadı: .....................................</w:t>
              <w:br w:type="textWrapping"/>
              <w:t xml:space="preserve">İmza: .....................................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22222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WlCoe79XPerbgFFWRMiMHZ3rGg==">CgMxLjA4AHIhMUcxZVFSMjZYVVk1azc1elp0VlF0OXJCb2pMV0UxaEpX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