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ÇUKUROVA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8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BİLGİSAYAR MÜHENDİSLİĞİ BÖLÜM BAŞKANLIĞINA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line="300" w:lineRule="auto"/>
        <w:ind w:firstLine="576"/>
        <w:jc w:val="both"/>
        <w:rPr/>
      </w:pPr>
      <w:r w:rsidDel="00000000" w:rsidR="00000000" w:rsidRPr="00000000">
        <w:rPr>
          <w:rtl w:val="0"/>
        </w:rPr>
        <w:t xml:space="preserve">Bölümünüzün</w:t>
      </w:r>
      <w:r w:rsidDel="00000000" w:rsidR="00000000" w:rsidRPr="00000000">
        <w:rPr>
          <w:rtl w:val="0"/>
        </w:rPr>
        <w:t xml:space="preserve"> .................................... numaralı öğrencisiyim. Daha önceki yarıyıllarda alıp başarısız olduğum (kaldığım) aşağıda bilgileri yer alan seçmeli dersin yerine, 20..... / 20..... Eğitim-Öğretim Yılı ..................... yarıyılında kayıt yaptırdığım yeni seçmeli dersin sayılması hususunda gereğini saygılarımla arz ederim.</w:t>
      </w:r>
    </w:p>
    <w:tbl>
      <w:tblPr>
        <w:tblStyle w:val="Table1"/>
        <w:tblW w:w="9375.0" w:type="dxa"/>
        <w:jc w:val="center"/>
        <w:tblBorders>
          <w:top w:color="b0c4de" w:space="0" w:sz="6" w:val="single"/>
          <w:left w:color="000000" w:space="0" w:sz="0" w:val="nil"/>
          <w:bottom w:color="b0c4de" w:space="0" w:sz="6" w:val="single"/>
          <w:right w:color="000000" w:space="0" w:sz="0" w:val="nil"/>
          <w:insideH w:color="b0c4de" w:space="0" w:sz="6" w:val="single"/>
          <w:insideV w:color="000000" w:space="0" w:sz="0" w:val="nil"/>
        </w:tblBorders>
        <w:tblLayout w:type="fixed"/>
        <w:tblLook w:val="0400"/>
      </w:tblPr>
      <w:tblGrid>
        <w:gridCol w:w="1875"/>
        <w:gridCol w:w="1395"/>
        <w:gridCol w:w="3330"/>
        <w:gridCol w:w="1440"/>
        <w:gridCol w:w="1335"/>
        <w:tblGridChange w:id="0">
          <w:tblGrid>
            <w:gridCol w:w="1875"/>
            <w:gridCol w:w="1395"/>
            <w:gridCol w:w="3330"/>
            <w:gridCol w:w="1440"/>
            <w:gridCol w:w="13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20.0" w:type="dxa"/>
              <w:bottom w:w="140.0" w:type="dxa"/>
              <w:right w:w="120.0" w:type="dxa"/>
            </w:tcMar>
          </w:tcPr>
          <w:p w:rsidR="00000000" w:rsidDel="00000000" w:rsidP="00000000" w:rsidRDefault="00000000" w:rsidRPr="00000000" w14:paraId="00000004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20.0" w:type="dxa"/>
              <w:bottom w:w="14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Ders Kodu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20.0" w:type="dxa"/>
              <w:bottom w:w="14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Ders Adı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20.0" w:type="dxa"/>
              <w:bottom w:w="14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Dönemi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40.0" w:type="dxa"/>
              <w:left w:w="120.0" w:type="dxa"/>
              <w:bottom w:w="14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AKTS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Başarısız Olunan (Kalınan) Seçmeli 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color w:val="333333"/>
                <w:sz w:val="20"/>
                <w:szCs w:val="20"/>
                <w:rtl w:val="0"/>
              </w:rPr>
              <w:t xml:space="preserve">Yerine Sayılacak (Yeni Alınan) Seçmeli 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60.0" w:type="dxa"/>
              <w:left w:w="120.0" w:type="dxa"/>
              <w:bottom w:w="16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4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12" w:lineRule="auto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Bilgileri:</w:t>
              <w:br w:type="textWrapping"/>
            </w:r>
            <w:r w:rsidDel="00000000" w:rsidR="00000000" w:rsidRPr="00000000">
              <w:rPr>
                <w:rtl w:val="0"/>
              </w:rPr>
              <w:t xml:space="preserve">Adı Soyadı: ........................................................</w:t>
              <w:br w:type="textWrapping"/>
              <w:t xml:space="preserve">Öğrenci No: ........................................................</w:t>
              <w:br w:type="textWrapping"/>
              <w:t xml:space="preserve">Telefon: .............................................................</w:t>
              <w:br w:type="textWrapping"/>
              <w:t xml:space="preserve">E-posta: .............................................................</w:t>
              <w:br w:type="textWrapping"/>
              <w:t xml:space="preserve">İmza: .................................................................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12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Tarih: ..... / ..... / 20.....</w:t>
              <w:br w:type="textWrapping"/>
              <w:br w:type="textWrapping"/>
              <w:br w:type="textWrapping"/>
            </w: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Danışman Onayı</w:t>
              <w:br w:type="textWrapping"/>
            </w:r>
            <w:r w:rsidDel="00000000" w:rsidR="00000000" w:rsidRPr="00000000">
              <w:rPr>
                <w:rtl w:val="0"/>
              </w:rPr>
              <w:t xml:space="preserve">Unvanı, Adı Soyadı: .....................................</w:t>
              <w:br w:type="textWrapping"/>
              <w:t xml:space="preserve">İmza: .....................................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Ekler: 1 adet transkript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22222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4NiwSfR5o0KsaG9zzQqrIDdhKA==">CgMxLjA4AHIhMXBIcWY4QTJTTHFNbGRseGd1b0JZS09YTEpoMlZZcjFM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